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7AB2" w14:textId="7ED77736" w:rsidR="00922F5C" w:rsidRDefault="006E5544" w:rsidP="00FE335D">
      <w:r>
        <w:rPr>
          <w:noProof/>
        </w:rPr>
        <w:drawing>
          <wp:inline distT="0" distB="0" distL="0" distR="0" wp14:anchorId="3B4BD911" wp14:editId="36BE9FD0">
            <wp:extent cx="6041734" cy="7572307"/>
            <wp:effectExtent l="0" t="0" r="0" b="0"/>
            <wp:docPr id="3" name="Picture 3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0505" cy="759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54303" w14:textId="5D4BCA87" w:rsidR="006E5544" w:rsidRDefault="006E5544" w:rsidP="00FE335D"/>
    <w:p w14:paraId="3FA58438" w14:textId="23229DB4" w:rsidR="00FF0D46" w:rsidRDefault="00FF0D46" w:rsidP="00FE335D"/>
    <w:p w14:paraId="0208CFF2" w14:textId="78255680" w:rsidR="009F1AA5" w:rsidRDefault="009F1AA5" w:rsidP="00FE335D"/>
    <w:p w14:paraId="4B7457A6" w14:textId="77777777" w:rsidR="009F1AA5" w:rsidRDefault="009F1AA5" w:rsidP="00FE335D"/>
    <w:p w14:paraId="41175EDC" w14:textId="5EDF915A" w:rsidR="00FF0D46" w:rsidRDefault="009F1AA5" w:rsidP="00FE335D">
      <w:r>
        <w:rPr>
          <w:noProof/>
        </w:rPr>
        <w:drawing>
          <wp:inline distT="0" distB="0" distL="0" distR="0" wp14:anchorId="41D8178A" wp14:editId="46E95834">
            <wp:extent cx="6000750" cy="7088505"/>
            <wp:effectExtent l="0" t="0" r="0" b="0"/>
            <wp:docPr id="1" name="Picture 1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websit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8871" cy="709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0AE3" w14:textId="77777777" w:rsidR="00FF0D46" w:rsidRDefault="00FF0D46" w:rsidP="00FE335D"/>
    <w:p w14:paraId="5F75C27D" w14:textId="5D687B77" w:rsidR="006E5544" w:rsidRDefault="009F1AA5" w:rsidP="009F1AA5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C557321" wp14:editId="2C3799B8">
            <wp:extent cx="5810250" cy="8138160"/>
            <wp:effectExtent l="0" t="0" r="0" b="0"/>
            <wp:docPr id="2" name="Picture 2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websit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0354" cy="813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AD1AE" w14:textId="019F2723" w:rsidR="00173492" w:rsidRDefault="00173492" w:rsidP="00FE335D">
      <w:pPr>
        <w:rPr>
          <w:noProof/>
        </w:rPr>
      </w:pPr>
    </w:p>
    <w:p w14:paraId="61598555" w14:textId="2D7BA704" w:rsidR="006E5544" w:rsidRDefault="009F1AA5" w:rsidP="0091516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07759A3" wp14:editId="6DB6819A">
            <wp:extent cx="5837670" cy="7667625"/>
            <wp:effectExtent l="0" t="0" r="0" b="0"/>
            <wp:docPr id="11" name="Picture 1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phical user interfa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3682" cy="768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66A5" w14:textId="38787B1E" w:rsidR="006E5544" w:rsidRDefault="006E5544" w:rsidP="00FE335D">
      <w:pPr>
        <w:rPr>
          <w:noProof/>
        </w:rPr>
      </w:pPr>
    </w:p>
    <w:p w14:paraId="01180A10" w14:textId="1246CB53" w:rsidR="006E5544" w:rsidRDefault="006E5544" w:rsidP="00FE335D">
      <w:pPr>
        <w:rPr>
          <w:noProof/>
        </w:rPr>
      </w:pPr>
    </w:p>
    <w:p w14:paraId="40F2FBE1" w14:textId="44B5CC14" w:rsidR="006E5544" w:rsidRDefault="006E5544" w:rsidP="00FE335D">
      <w:pPr>
        <w:rPr>
          <w:noProof/>
        </w:rPr>
      </w:pPr>
    </w:p>
    <w:p w14:paraId="0D62FBA0" w14:textId="295BF33B" w:rsidR="006E5544" w:rsidRDefault="006E5544" w:rsidP="00FE335D">
      <w:pPr>
        <w:rPr>
          <w:noProof/>
        </w:rPr>
      </w:pPr>
    </w:p>
    <w:p w14:paraId="478EEA90" w14:textId="50C95EC4" w:rsidR="006E5544" w:rsidRDefault="006E5544" w:rsidP="00FE335D">
      <w:pPr>
        <w:rPr>
          <w:noProof/>
        </w:rPr>
      </w:pPr>
    </w:p>
    <w:p w14:paraId="584577D8" w14:textId="7C136FDC" w:rsidR="006E5544" w:rsidRDefault="006E5544" w:rsidP="00FE335D">
      <w:pPr>
        <w:rPr>
          <w:noProof/>
        </w:rPr>
      </w:pPr>
    </w:p>
    <w:p w14:paraId="10B73553" w14:textId="5F8561EE" w:rsidR="006E5544" w:rsidRDefault="006E5544" w:rsidP="00FE335D">
      <w:pPr>
        <w:rPr>
          <w:noProof/>
        </w:rPr>
      </w:pPr>
    </w:p>
    <w:p w14:paraId="1B0ACAD2" w14:textId="08138839" w:rsidR="006E5544" w:rsidRDefault="006E5544" w:rsidP="00FE335D">
      <w:pPr>
        <w:rPr>
          <w:noProof/>
        </w:rPr>
      </w:pPr>
    </w:p>
    <w:p w14:paraId="705DB371" w14:textId="55B9F3DB" w:rsidR="006E5544" w:rsidRDefault="006E5544" w:rsidP="00FE335D">
      <w:pPr>
        <w:rPr>
          <w:noProof/>
        </w:rPr>
      </w:pPr>
    </w:p>
    <w:p w14:paraId="59CCF17F" w14:textId="26598648" w:rsidR="006E5544" w:rsidRDefault="006E5544" w:rsidP="00FE335D">
      <w:pPr>
        <w:rPr>
          <w:noProof/>
        </w:rPr>
      </w:pPr>
    </w:p>
    <w:p w14:paraId="53813645" w14:textId="1F0BE529" w:rsidR="006E5544" w:rsidRDefault="006E5544" w:rsidP="00FE335D">
      <w:pPr>
        <w:rPr>
          <w:noProof/>
        </w:rPr>
      </w:pPr>
    </w:p>
    <w:p w14:paraId="2663258C" w14:textId="44A4228F" w:rsidR="006E5544" w:rsidRDefault="006E5544" w:rsidP="00FE335D">
      <w:pPr>
        <w:rPr>
          <w:noProof/>
        </w:rPr>
      </w:pPr>
    </w:p>
    <w:p w14:paraId="67CE925A" w14:textId="7AD16EB1" w:rsidR="006E5544" w:rsidRDefault="006E5544" w:rsidP="00FE335D">
      <w:pPr>
        <w:rPr>
          <w:noProof/>
        </w:rPr>
      </w:pPr>
    </w:p>
    <w:p w14:paraId="4F908100" w14:textId="75B1AAD9" w:rsidR="006E5544" w:rsidRDefault="006E5544" w:rsidP="00FE335D">
      <w:pPr>
        <w:rPr>
          <w:noProof/>
        </w:rPr>
      </w:pPr>
    </w:p>
    <w:p w14:paraId="3BF43C78" w14:textId="79AE0CE8" w:rsidR="006E5544" w:rsidRDefault="006E5544" w:rsidP="00FE335D"/>
    <w:p w14:paraId="774474A1" w14:textId="74136F91" w:rsidR="00FE335D" w:rsidRDefault="00FE335D" w:rsidP="00FE335D"/>
    <w:sectPr w:rsidR="00FE335D" w:rsidSect="006F5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3492"/>
    <w:rsid w:val="0029639D"/>
    <w:rsid w:val="00303450"/>
    <w:rsid w:val="00326F90"/>
    <w:rsid w:val="006E5544"/>
    <w:rsid w:val="006F5D3E"/>
    <w:rsid w:val="00915161"/>
    <w:rsid w:val="00922F5C"/>
    <w:rsid w:val="009F1AA5"/>
    <w:rsid w:val="00A160E8"/>
    <w:rsid w:val="00AA1D8D"/>
    <w:rsid w:val="00B47730"/>
    <w:rsid w:val="00CB0664"/>
    <w:rsid w:val="00FC693F"/>
    <w:rsid w:val="00FE335D"/>
    <w:rsid w:val="00FF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6136E"/>
  <w14:defaultImageDpi w14:val="300"/>
  <w15:docId w15:val="{3337E01E-4264-46B6-A8DC-ED1C2736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Vo, Annie</cp:lastModifiedBy>
  <cp:revision>11</cp:revision>
  <dcterms:created xsi:type="dcterms:W3CDTF">2021-12-02T19:42:00Z</dcterms:created>
  <dcterms:modified xsi:type="dcterms:W3CDTF">2021-12-02T20:27:00Z</dcterms:modified>
  <cp:category/>
</cp:coreProperties>
</file>